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מהתשבץ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מתוך הגדרות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מנוחה חשובה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מים שותים כשצמאים, לא כשרעבים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רופא בודק אותנו כשאנחנו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זכות חשובה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משחק עושים לרוב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ההסבר המדויק למילה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(מישהו שנעים להיות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(בודק אותנו כשאנחנו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(זמן של שקט אחרי 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(שותים אותם כשצמאים)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(מגיע לכל אדם, גדול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(שמירה מפני פגיעה)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(למשל מים, מזון, מנוחה, משחק, הגנה) והסבר קצר למה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לנושא 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שזכות היא דבר שמגיע וההגנה היא שמירה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מים, מזון, מנוחה או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במליאה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ההגדרות בקול רם לתלמידים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ציור ליד כל מילה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מהתשבץ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מהתשבץ על יום זכויות הילד, כמו מזון, מים, הגנה ומשחק.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מישהו שנעים להיות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נותן לגוף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שותים אותם כשצמאים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בודק אותנו כשאנחנו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מגיע לכל אדם, גדול וקטן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שמירה עלי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למנוחה אחרי הלמידה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שותים מים כשרעבים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בודק אותנו כשאנחנו בריאים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מגיעה הגנה מפני 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הוא דבר שעושים תמיד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שאני חושב או חושבת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נותן לגוף 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שותים __________ כשצמאים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שלי היא מה שאני חושב או 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שומרת עלי מפני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בהפסקה עושים __________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מגיעה לכל ילד וילדה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שותים אותם כשצמאים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מגיע לכל אדם, גדול וקטן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 אותנו כשאנחנו 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מישהו שנעים להיות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זמן של שקט אחרי 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הכי חשובה לכם? כתבו משפט קצר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מהתשבץ שקשורה לזכויות ילדים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שיש לכל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מהתשבץ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