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מהתשבץ –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מילות מפתח הקשורות לזכויות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המילים מתוך הגדרות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התאמה בין מילה להגדרה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המילה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רופא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זכות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הגנה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מנוחה חשובה לכל ילד וילדה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מים שותים כשצמאים, לא כשרעבים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רופא בודק אותנו כשאנחנו חולים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זו זכות חשובה של כל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משחק עושים לרוב עם חברים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 ההסבר המדויק למילה 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הגנה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זכות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(מישהו שנעים להיות איתו)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(בודק אותנו כשאנחנו חולים)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(זמן של שקט אחרי למידה)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(שותים אותם כשצמאים)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(מגיע לכל אדם, גדול וקטן)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(שמירה מפני פגיעה)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כתבו וציירו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שם זכות (למשל מים, מזון, מנוחה, משחק, הגנה) והסבר קצר למה היא חשובה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רלוונטית לנושא התשבץ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בסיסית שזכות היא דבר שמגיע וההגנה היא שמירה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 כמו מים, מזון, מנוחה או 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את התשבץ במליאה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את ההגדרות בקול רם לתלמידים צעירים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ציור ליד כל מילה כדי לחזק את ההבנה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🧒 יום זכויות הילד – כל הזכויות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מהתשבץ – זכויות הילד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נלמד מילים חשובות על ילדים וזכויות שלהם. המילים קלות וקצרות.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זְכוּת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דָּבָר שֶׁמַּגִּיעַ לְכָל יֶלֶד וְיַלְדָּה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הֲגָנָה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שְׁמִירָה עַל מִישֶׁהוּ מִפְּנֵי פְּגִיעָה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מָזוֹן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אֹכֶל שֶׁנּוֹתֵן כֹּחַ לַגּוּף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מְנוּחָה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זְמַן שֶׁל שֶׁקֶט אַחֲרֵי לְמִידָה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דֵּעָה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מַה שֶׁאֲנִי חוֹשֵׁב אוֹ חוֹשֶׁבֶת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חָבֵר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מִישֶׁהוּ שֶׁנָּעִים לִהְיוֹת אִתּוֹ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רוֹפֵא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מִי שֶׁבּוֹדֵק אוֹתָנוּ כְּשֶׁאֲנַחְנוּ חוֹלִים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מִשְׂחָק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פְּעִילוּת כֵּיף עִם חֲבֵרִים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המילה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קוראים למישהו טוב שאוהבים להיות איתו?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נותן כוח לגוף שלנו?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שותים כשצמא?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בודק כשחולים?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רופא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קוראים לדבר שמגיע לכולם?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שומר עלינו מרע?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הגנה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מנוחה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יש זכות למנוחה אחרי הלמידה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שותים מים כשרעבים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רופא בודק אותנו כשאנחנו בריאים לגמרי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ילד מגיעה הגנה מפני פגיעה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הוא דבר שעושים תמיד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דעה היא מה שאני חושב או חושבת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נותן לגוף כוח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שותים __________ כשצמאים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שלי היא מה שאני חושב או חושבת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שומרת עלי מפני פגיעה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בהפסקה עושים __________ עם 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מגיעה לכל ילד וילדה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מילה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בודק אותנו כשאנחנו חולים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רופא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שותים אותם כשצמאים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מנוחה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מגיע לכל אדם, גדול וקטן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שמירה מפני פגיעה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זמן של שקט אחרי למידה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הגנה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מישהו שנעים להיות איתו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כתבו וציירו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זכות הכי חשובה לכם? כתבו משפט קצר והסבירו 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מהתשבץ שקשורה לזכויות ילדים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זכות להגנה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לזכות שיש לכל ילד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מהתשבץ – זכויות הילד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