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מתוך הגדרות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חשובה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מים שותים כשצמאים, לא כשרעבים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רופא בודק אותנו כשאנחנו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(מישהו שנעים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 אותנו כשאנחנו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של שקט אחרי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(שותים אותם כשצמאים)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(למשל מים, מזון, מנוחה, משחק, הגנה) והסבר קצר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שזכות היא דבר שמגיע וההגנה היא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מים, מזון, מנוחה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ההגדרות בקול רם לתלמידים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ציור ליד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מהתשבץ על יום זכויות הילד, כמו מזון, מים, הגנה ומשחק.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מזון  ·  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מישהו שנעים להיות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נותן לגוף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שותים אותם כשצמאים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למנוחה אחרי הלמידה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שותים מים כשרעבים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רופא בודק אותנו כשאנחנו בריאים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נותן לגוף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שותים __________ כשצמאים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שותים אותם כשצמאים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 של שקט אחרי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מישהו שנעים להיות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 אותנו כשאנחנו 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זכות הכי חשובה לכם? כתבו משפט קצר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מהתשבץ שקשורה לזכויות 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מהתשבץ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